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D44A1C" w14:textId="74F223E7" w:rsidR="00F60052" w:rsidRDefault="001D0D42">
      <w:pPr>
        <w:pStyle w:val="Title"/>
        <w:jc w:val="center"/>
      </w:pPr>
      <w:r>
        <w:t>S</w:t>
      </w:r>
      <w:r w:rsidR="00941A2B">
        <w:t>i</w:t>
      </w:r>
      <w:r>
        <w:t>lchester School PTA Committee Meeting Minutes</w:t>
      </w:r>
    </w:p>
    <w:p w14:paraId="2A2BE698" w14:textId="230483E1" w:rsidR="00F60052" w:rsidRDefault="001D0D42">
      <w:pPr>
        <w:jc w:val="center"/>
      </w:pPr>
      <w:r>
        <w:rPr>
          <w:b/>
        </w:rPr>
        <w:t xml:space="preserve">16 September </w:t>
      </w:r>
      <w:proofErr w:type="gramStart"/>
      <w:r>
        <w:rPr>
          <w:b/>
        </w:rPr>
        <w:t>2026  |</w:t>
      </w:r>
      <w:proofErr w:type="gramEnd"/>
      <w:r>
        <w:rPr>
          <w:b/>
        </w:rPr>
        <w:t xml:space="preserve">  </w:t>
      </w:r>
      <w:r w:rsidR="00941A2B">
        <w:rPr>
          <w:b/>
        </w:rPr>
        <w:t>Registered Charity: 1067109</w:t>
      </w:r>
    </w:p>
    <w:p w14:paraId="713A2790" w14:textId="77777777" w:rsidR="00F60052" w:rsidRDefault="001D0D42">
      <w:pPr>
        <w:pStyle w:val="Heading1"/>
      </w:pPr>
      <w:r>
        <w:t>1. Attendance and Apologies</w:t>
      </w:r>
    </w:p>
    <w:p w14:paraId="5F0CB10D" w14:textId="059B347F" w:rsidR="00F60052" w:rsidRDefault="001D0D42">
      <w:r>
        <w:rPr>
          <w:b/>
        </w:rPr>
        <w:t xml:space="preserve">Present: </w:t>
      </w:r>
      <w:r>
        <w:t xml:space="preserve">Helen Blair (Chair), Rachel Dean (Vice Chair), Jo Woods (Treasurer), </w:t>
      </w:r>
      <w:r w:rsidR="008143DB">
        <w:t>K</w:t>
      </w:r>
      <w:r>
        <w:t xml:space="preserve">arolina Hartwell (Secretary), </w:t>
      </w:r>
      <w:r w:rsidR="008143DB">
        <w:t xml:space="preserve">Committee - </w:t>
      </w:r>
      <w:r>
        <w:t xml:space="preserve">Nicola Edwards, Will McCann, </w:t>
      </w:r>
      <w:proofErr w:type="spellStart"/>
      <w:r w:rsidR="00D55BA6">
        <w:t>E</w:t>
      </w:r>
      <w:r>
        <w:t>del</w:t>
      </w:r>
      <w:proofErr w:type="spellEnd"/>
      <w:r>
        <w:t xml:space="preserve"> Abbott</w:t>
      </w:r>
      <w:r w:rsidR="008143DB">
        <w:t xml:space="preserve"> and </w:t>
      </w:r>
      <w:r>
        <w:t>Rachel Dowling (SLT)</w:t>
      </w:r>
    </w:p>
    <w:p w14:paraId="04F135BD" w14:textId="3EDA51AE" w:rsidR="00F60052" w:rsidRDefault="001D0D42">
      <w:r>
        <w:rPr>
          <w:b/>
        </w:rPr>
        <w:t xml:space="preserve">Apologies: </w:t>
      </w:r>
      <w:r>
        <w:t xml:space="preserve">Charlotte Mann, Dave </w:t>
      </w:r>
      <w:proofErr w:type="spellStart"/>
      <w:r>
        <w:t>Holby-Wolinski</w:t>
      </w:r>
      <w:proofErr w:type="spellEnd"/>
      <w:r>
        <w:t>, Jo McDonald, Holly Abbott, Kat</w:t>
      </w:r>
      <w:r w:rsidR="008143DB">
        <w:t>y</w:t>
      </w:r>
      <w:r>
        <w:t xml:space="preserve"> </w:t>
      </w:r>
      <w:r w:rsidR="008143DB">
        <w:t>O’Byrne</w:t>
      </w:r>
      <w:r>
        <w:t xml:space="preserve">, Charlotte O’Byrne and Lara </w:t>
      </w:r>
      <w:proofErr w:type="spellStart"/>
      <w:r>
        <w:t>Holby-W</w:t>
      </w:r>
      <w:r w:rsidR="008143DB">
        <w:t>o</w:t>
      </w:r>
      <w:r>
        <w:t>linski</w:t>
      </w:r>
      <w:proofErr w:type="spellEnd"/>
    </w:p>
    <w:p w14:paraId="34A74A5C" w14:textId="07B05212" w:rsidR="00F60052" w:rsidRDefault="001D0D42" w:rsidP="00D55BA6">
      <w:pPr>
        <w:pStyle w:val="ListParagraph"/>
        <w:numPr>
          <w:ilvl w:val="0"/>
          <w:numId w:val="10"/>
        </w:numPr>
      </w:pPr>
      <w:r>
        <w:t>The minutes of the previous meeting held on 2 June 2026 we</w:t>
      </w:r>
      <w:r>
        <w:t xml:space="preserve">re </w:t>
      </w:r>
      <w:r w:rsidR="00D55BA6">
        <w:t xml:space="preserve">shared &amp; </w:t>
      </w:r>
      <w:r>
        <w:t>approved</w:t>
      </w:r>
    </w:p>
    <w:p w14:paraId="10DC75D4" w14:textId="77777777" w:rsidR="00F60052" w:rsidRDefault="001D0D42">
      <w:pPr>
        <w:pStyle w:val="Heading1"/>
      </w:pPr>
      <w:r>
        <w:t>2. Finances and Fundraising</w:t>
      </w:r>
    </w:p>
    <w:p w14:paraId="74A107A6" w14:textId="77777777" w:rsidR="00F60052" w:rsidRDefault="001D0D42">
      <w:r>
        <w:t>The opening balance was reported as £4,621.75, with a target end-of-year balance of approximately £6,000.</w:t>
      </w:r>
    </w:p>
    <w:p w14:paraId="60AF7000" w14:textId="7DF7D6B7" w:rsidR="00F60052" w:rsidRDefault="001D0D42">
      <w:r>
        <w:t>The Gift Aid claim has been resubmitted by Jo</w:t>
      </w:r>
      <w:r>
        <w:t xml:space="preserve"> Woods and </w:t>
      </w:r>
      <w:proofErr w:type="spellStart"/>
      <w:r>
        <w:t>E</w:t>
      </w:r>
      <w:r>
        <w:t>del</w:t>
      </w:r>
      <w:proofErr w:type="spellEnd"/>
      <w:r>
        <w:t xml:space="preserve"> Abbott, with approximately £750 expect</w:t>
      </w:r>
      <w:r>
        <w:t>ed.</w:t>
      </w:r>
    </w:p>
    <w:p w14:paraId="4568A437" w14:textId="77777777" w:rsidR="00F60052" w:rsidRDefault="001D0D42">
      <w:r>
        <w:t>Recent fundraising income:</w:t>
      </w:r>
    </w:p>
    <w:p w14:paraId="5A70A141" w14:textId="77777777" w:rsidR="00F60052" w:rsidRDefault="001D0D42">
      <w:pPr>
        <w:pStyle w:val="ListBullet"/>
      </w:pPr>
      <w:r>
        <w:t>Treat Tuesdays/</w:t>
      </w:r>
      <w:proofErr w:type="spellStart"/>
      <w:r>
        <w:t>Tuckshop</w:t>
      </w:r>
      <w:proofErr w:type="spellEnd"/>
      <w:r>
        <w:t xml:space="preserve"> (September to date): £49</w:t>
      </w:r>
    </w:p>
    <w:p w14:paraId="2DE71B33" w14:textId="5D123D38" w:rsidR="00F60052" w:rsidRDefault="001D0D42">
      <w:pPr>
        <w:pStyle w:val="ListBullet"/>
      </w:pPr>
      <w:r>
        <w:t>S</w:t>
      </w:r>
      <w:r w:rsidR="00D55BA6">
        <w:t>i</w:t>
      </w:r>
      <w:r>
        <w:t>lchester’s Got Talent: £516</w:t>
      </w:r>
    </w:p>
    <w:p w14:paraId="160B2C2D" w14:textId="77777777" w:rsidR="00F60052" w:rsidRDefault="001D0D42">
      <w:pPr>
        <w:pStyle w:val="ListBullet"/>
      </w:pPr>
      <w:proofErr w:type="spellStart"/>
      <w:r>
        <w:t>Colour</w:t>
      </w:r>
      <w:proofErr w:type="spellEnd"/>
      <w:r>
        <w:t xml:space="preserve"> Run: £1,802</w:t>
      </w:r>
    </w:p>
    <w:p w14:paraId="45AA7A1D" w14:textId="77777777" w:rsidR="00F60052" w:rsidRDefault="001D0D42">
      <w:pPr>
        <w:pStyle w:val="ListBullet"/>
      </w:pPr>
      <w:r>
        <w:t>Summer Reading Challenge: £182</w:t>
      </w:r>
    </w:p>
    <w:p w14:paraId="381B741E" w14:textId="77777777" w:rsidR="00F60052" w:rsidRDefault="001D0D42">
      <w:pPr>
        <w:pStyle w:val="ListBullet"/>
      </w:pPr>
      <w:r>
        <w:t>Summer Fete: approximately £150</w:t>
      </w:r>
    </w:p>
    <w:p w14:paraId="1042649D" w14:textId="77777777" w:rsidR="00F60052" w:rsidRDefault="001D0D42">
      <w:pPr>
        <w:pStyle w:val="ListBullet"/>
      </w:pPr>
      <w:r>
        <w:t>Village Hall Celebration Stall: £24</w:t>
      </w:r>
    </w:p>
    <w:p w14:paraId="5E1A99F9" w14:textId="77777777" w:rsidR="00F60052" w:rsidRDefault="001D0D42">
      <w:pPr>
        <w:pStyle w:val="Heading1"/>
      </w:pPr>
      <w:r>
        <w:t>3. Upcoming Events</w:t>
      </w:r>
    </w:p>
    <w:p w14:paraId="3D91D57A" w14:textId="68ED4730" w:rsidR="00F60052" w:rsidRDefault="00D55BA6">
      <w:proofErr w:type="spellStart"/>
      <w:r>
        <w:rPr>
          <w:b/>
          <w:color w:val="1F4E79"/>
        </w:rPr>
        <w:t>Cuppa</w:t>
      </w:r>
      <w:proofErr w:type="spellEnd"/>
      <w:r>
        <w:rPr>
          <w:b/>
          <w:color w:val="1F4E79"/>
        </w:rPr>
        <w:t xml:space="preserve"> &amp; Chat Afternoon</w:t>
      </w:r>
    </w:p>
    <w:p w14:paraId="1EB77201" w14:textId="77777777" w:rsidR="00F60052" w:rsidRDefault="001D0D42">
      <w:r>
        <w:t>Postponed due to a clash with the school’s open classroom. The committee will revisit the idea later in the year.</w:t>
      </w:r>
    </w:p>
    <w:p w14:paraId="7E9D4B2E" w14:textId="5DBB3C33" w:rsidR="00F60052" w:rsidRDefault="001D0D42">
      <w:r>
        <w:rPr>
          <w:b/>
          <w:color w:val="1F4E79"/>
        </w:rPr>
        <w:t xml:space="preserve">Bags to School </w:t>
      </w:r>
    </w:p>
    <w:p w14:paraId="735A141A" w14:textId="77777777" w:rsidR="00F60052" w:rsidRDefault="001D0D42">
      <w:r>
        <w:t>The next collection is scheduled for 6 November.</w:t>
      </w:r>
    </w:p>
    <w:p w14:paraId="61C214F7" w14:textId="77777777" w:rsidR="00F60052" w:rsidRDefault="001D0D42">
      <w:r>
        <w:rPr>
          <w:b/>
          <w:color w:val="1F4E79"/>
        </w:rPr>
        <w:t>Christmas Cards</w:t>
      </w:r>
    </w:p>
    <w:p w14:paraId="6DAB3ABE" w14:textId="77777777" w:rsidR="00F60052" w:rsidRDefault="001D0D42">
      <w:r>
        <w:t>Helen Blair is leading the fundraiser. Template</w:t>
      </w:r>
      <w:r>
        <w:t>s have been distributed and should be returned to school by 21 September.</w:t>
      </w:r>
    </w:p>
    <w:p w14:paraId="5CF98442" w14:textId="77777777" w:rsidR="00F60052" w:rsidRDefault="001D0D42">
      <w:r>
        <w:rPr>
          <w:b/>
          <w:color w:val="1F4E79"/>
        </w:rPr>
        <w:t>Non-Uniform Day/Tombola Donations - 20 November</w:t>
      </w:r>
    </w:p>
    <w:p w14:paraId="6B53ADEB" w14:textId="710F59D6" w:rsidR="00F60052" w:rsidRDefault="001D0D42">
      <w:r>
        <w:t>A non-uniform day will collect donations for the Christmas Fair tombola. Children will be encouraged to wear bright clothing to tie in</w:t>
      </w:r>
      <w:r>
        <w:t xml:space="preserve"> with Road Safety Week. Nicola Edwards will label and </w:t>
      </w:r>
      <w:proofErr w:type="spellStart"/>
      <w:r>
        <w:t>organise</w:t>
      </w:r>
      <w:proofErr w:type="spellEnd"/>
      <w:r>
        <w:t xml:space="preserve"> donations. </w:t>
      </w:r>
      <w:proofErr w:type="spellStart"/>
      <w:r w:rsidR="00D55BA6">
        <w:t>E</w:t>
      </w:r>
      <w:r>
        <w:t>del</w:t>
      </w:r>
      <w:proofErr w:type="spellEnd"/>
      <w:r>
        <w:t xml:space="preserve"> Abbott and </w:t>
      </w:r>
      <w:r w:rsidR="00D55BA6">
        <w:t>K</w:t>
      </w:r>
      <w:r>
        <w:t>arolina Hartwell will transfer items from school to Nicola’s house. The tombola will be set up on Friday 27 November.</w:t>
      </w:r>
    </w:p>
    <w:p w14:paraId="0287345A" w14:textId="77777777" w:rsidR="00D55BA6" w:rsidRDefault="00D55BA6">
      <w:pPr>
        <w:rPr>
          <w:b/>
          <w:color w:val="1F4E79"/>
        </w:rPr>
      </w:pPr>
    </w:p>
    <w:p w14:paraId="6DF5682B" w14:textId="77777777" w:rsidR="00D55BA6" w:rsidRDefault="00D55BA6">
      <w:pPr>
        <w:rPr>
          <w:b/>
          <w:color w:val="1F4E79"/>
        </w:rPr>
      </w:pPr>
    </w:p>
    <w:p w14:paraId="0443F754" w14:textId="17F004D0" w:rsidR="00F60052" w:rsidRDefault="001D0D42">
      <w:r>
        <w:rPr>
          <w:b/>
          <w:color w:val="1F4E79"/>
        </w:rPr>
        <w:lastRenderedPageBreak/>
        <w:t>Christmas Fair - 28 November</w:t>
      </w:r>
    </w:p>
    <w:p w14:paraId="3E73F4CF" w14:textId="2040D602" w:rsidR="00F60052" w:rsidRDefault="001D0D42">
      <w:r>
        <w:t xml:space="preserve">Jo Woods and </w:t>
      </w:r>
      <w:r w:rsidR="00D55BA6">
        <w:t>K</w:t>
      </w:r>
      <w:r>
        <w:t xml:space="preserve">arolina Hartwell will lead. A TENs </w:t>
      </w:r>
      <w:proofErr w:type="spellStart"/>
      <w:r>
        <w:t>licence</w:t>
      </w:r>
      <w:proofErr w:type="spellEnd"/>
      <w:r>
        <w:t xml:space="preserve"> will be required for the sale of mulled wine. Rachel Dean has volunteered to lead the Grotto. A request for additional volunteers will be circulated.</w:t>
      </w:r>
      <w:r w:rsidR="00D55BA6">
        <w:t xml:space="preserve"> </w:t>
      </w:r>
    </w:p>
    <w:p w14:paraId="018371E2" w14:textId="77777777" w:rsidR="00F60052" w:rsidRDefault="001D0D42">
      <w:r>
        <w:rPr>
          <w:b/>
          <w:color w:val="1F4E79"/>
        </w:rPr>
        <w:t>Wreath-Making Workshop</w:t>
      </w:r>
    </w:p>
    <w:p w14:paraId="2AB4A5EC" w14:textId="77777777" w:rsidR="00F60052" w:rsidRDefault="001D0D42">
      <w:r>
        <w:t>The florist has been booked and confirm</w:t>
      </w:r>
      <w:r>
        <w:t xml:space="preserve">ed. Tickets will be sold via bank transfer to avoid administration fees. As no alcohol will be sold, a TENs </w:t>
      </w:r>
      <w:proofErr w:type="spellStart"/>
      <w:r>
        <w:t>licence</w:t>
      </w:r>
      <w:proofErr w:type="spellEnd"/>
      <w:r>
        <w:t xml:space="preserve"> will not be required. Advertising will be circulated shortly.</w:t>
      </w:r>
    </w:p>
    <w:p w14:paraId="6F4E18C3" w14:textId="19C26199" w:rsidR="00F60052" w:rsidRDefault="001D0D42">
      <w:r>
        <w:rPr>
          <w:b/>
          <w:color w:val="1F4E79"/>
        </w:rPr>
        <w:t>Children’s Christmas Market</w:t>
      </w:r>
    </w:p>
    <w:p w14:paraId="2218E7DE" w14:textId="6BE6A7E6" w:rsidR="00F60052" w:rsidRDefault="001D0D42">
      <w:r>
        <w:t>The market will take place during the school morni</w:t>
      </w:r>
      <w:r>
        <w:t>ng</w:t>
      </w:r>
      <w:r w:rsidR="00D55BA6">
        <w:t xml:space="preserve"> on Wednesday 2</w:t>
      </w:r>
      <w:r w:rsidR="00D55BA6" w:rsidRPr="00D55BA6">
        <w:rPr>
          <w:vertAlign w:val="superscript"/>
        </w:rPr>
        <w:t>nd</w:t>
      </w:r>
      <w:r w:rsidR="00D55BA6">
        <w:t xml:space="preserve"> December</w:t>
      </w:r>
      <w:r>
        <w:t xml:space="preserve">, with Lara </w:t>
      </w:r>
      <w:proofErr w:type="spellStart"/>
      <w:r>
        <w:t>Holby-W</w:t>
      </w:r>
      <w:r w:rsidR="00D55BA6">
        <w:t>o</w:t>
      </w:r>
      <w:r>
        <w:t>linski</w:t>
      </w:r>
      <w:proofErr w:type="spellEnd"/>
      <w:r>
        <w:t xml:space="preserve"> leading. Donations can be made from now onwards, and a request for volunteers will follow.</w:t>
      </w:r>
    </w:p>
    <w:p w14:paraId="3083E4A0" w14:textId="77777777" w:rsidR="00F60052" w:rsidRDefault="001D0D42">
      <w:r>
        <w:rPr>
          <w:b/>
          <w:color w:val="1F4E79"/>
        </w:rPr>
        <w:t>Fireworks Night</w:t>
      </w:r>
    </w:p>
    <w:p w14:paraId="4EE691B6" w14:textId="21BB3B1F" w:rsidR="00F60052" w:rsidRDefault="001D0D42">
      <w:r>
        <w:t>The PTA will run a light-up merchandise and sweets stall. Set-up will be at approximately 5.00</w:t>
      </w:r>
      <w:r>
        <w:t xml:space="preserve"> pm, finishing before the fireworks at 7.00 pm. Set-up will be minimal, requiring a table and potentially a gazebo. Rachel Dean, </w:t>
      </w:r>
      <w:r w:rsidR="00D55BA6">
        <w:t>K</w:t>
      </w:r>
      <w:r>
        <w:t>arolina Hartwell and Nicola Edwards have already volunteered.</w:t>
      </w:r>
    </w:p>
    <w:p w14:paraId="7E70C6CF" w14:textId="77777777" w:rsidR="00F60052" w:rsidRDefault="001D0D42">
      <w:r>
        <w:rPr>
          <w:b/>
          <w:color w:val="1F4E79"/>
        </w:rPr>
        <w:t>Quiz Night</w:t>
      </w:r>
    </w:p>
    <w:p w14:paraId="4787EF48" w14:textId="77777777" w:rsidR="00F60052" w:rsidRDefault="001D0D42">
      <w:r>
        <w:t>Date to be confirmed.</w:t>
      </w:r>
    </w:p>
    <w:p w14:paraId="2E7D3976" w14:textId="77777777" w:rsidR="00F60052" w:rsidRDefault="001D0D42">
      <w:pPr>
        <w:pStyle w:val="Heading1"/>
      </w:pPr>
      <w:r>
        <w:t>4. Spending and Funding</w:t>
      </w:r>
    </w:p>
    <w:p w14:paraId="1512317F" w14:textId="77777777" w:rsidR="00F60052" w:rsidRDefault="001D0D42">
      <w:r>
        <w:t>The fol</w:t>
      </w:r>
      <w:r>
        <w:t>lowing expenditure was agreed:</w:t>
      </w:r>
    </w:p>
    <w:p w14:paraId="76018F81" w14:textId="7F8F0BCE" w:rsidR="00F60052" w:rsidRDefault="001D0D42">
      <w:pPr>
        <w:pStyle w:val="ListBullet"/>
      </w:pPr>
      <w:r>
        <w:t xml:space="preserve">£6,000 to match </w:t>
      </w:r>
      <w:r w:rsidR="00934827">
        <w:t>Diocese</w:t>
      </w:r>
      <w:r>
        <w:t xml:space="preserve"> funds for the playground/outdoor upgrade</w:t>
      </w:r>
    </w:p>
    <w:p w14:paraId="34EB34CF" w14:textId="26584A46" w:rsidR="00F60052" w:rsidRDefault="001D0D42">
      <w:pPr>
        <w:pStyle w:val="ListBullet"/>
      </w:pPr>
      <w:r>
        <w:t>£100 per term</w:t>
      </w:r>
      <w:r w:rsidR="00934827">
        <w:t xml:space="preserve"> </w:t>
      </w:r>
      <w:r>
        <w:t>for stationery</w:t>
      </w:r>
    </w:p>
    <w:p w14:paraId="13EF3636" w14:textId="0B3B6D53" w:rsidR="00934827" w:rsidRDefault="00934827" w:rsidP="00934827">
      <w:pPr>
        <w:pStyle w:val="ListBullet"/>
      </w:pPr>
      <w:r>
        <w:t>£100 classroom funds</w:t>
      </w:r>
    </w:p>
    <w:p w14:paraId="3E55C73C" w14:textId="3A09E6C3" w:rsidR="00F60052" w:rsidRDefault="001D0D42">
      <w:pPr>
        <w:pStyle w:val="ListBullet"/>
      </w:pPr>
      <w:r>
        <w:t xml:space="preserve">£1,000 per term </w:t>
      </w:r>
      <w:r w:rsidR="00934827">
        <w:t>for WOW weeks</w:t>
      </w:r>
    </w:p>
    <w:p w14:paraId="7BC9210F" w14:textId="0B7955D2" w:rsidR="00F60052" w:rsidRDefault="001D0D42">
      <w:pPr>
        <w:pStyle w:val="ListBullet"/>
      </w:pPr>
      <w:r>
        <w:t xml:space="preserve">£500 </w:t>
      </w:r>
      <w:r w:rsidR="00934827">
        <w:t xml:space="preserve">Y6 </w:t>
      </w:r>
      <w:r>
        <w:t>leavers’ donation</w:t>
      </w:r>
    </w:p>
    <w:p w14:paraId="6E063B9A" w14:textId="77777777" w:rsidR="00F60052" w:rsidRDefault="001D0D42">
      <w:pPr>
        <w:pStyle w:val="ListBullet"/>
      </w:pPr>
      <w:r>
        <w:t>Approximately £700 for the end-of-year theatre group w</w:t>
      </w:r>
      <w:r>
        <w:t>orkshop</w:t>
      </w:r>
    </w:p>
    <w:p w14:paraId="0029663B" w14:textId="2ED3B952" w:rsidR="00F60052" w:rsidRDefault="001D0D42">
      <w:pPr>
        <w:pStyle w:val="ListBullet"/>
      </w:pPr>
      <w:r>
        <w:t xml:space="preserve">Approximately £700 for the </w:t>
      </w:r>
      <w:proofErr w:type="spellStart"/>
      <w:r>
        <w:t>Poulton</w:t>
      </w:r>
      <w:proofErr w:type="spellEnd"/>
      <w:r>
        <w:t xml:space="preserve"> Parks theatre trip for Year 6</w:t>
      </w:r>
    </w:p>
    <w:p w14:paraId="0C587D63" w14:textId="76170D0A" w:rsidR="00934827" w:rsidRDefault="00934827">
      <w:pPr>
        <w:pStyle w:val="ListBullet"/>
      </w:pPr>
      <w:r>
        <w:t>YR theatre trip</w:t>
      </w:r>
    </w:p>
    <w:p w14:paraId="4F438C78" w14:textId="5AABC885" w:rsidR="00F60052" w:rsidRDefault="001D0D42">
      <w:r>
        <w:t xml:space="preserve">The committee also discussed the school’s IT </w:t>
      </w:r>
      <w:r w:rsidR="00934827">
        <w:t>budget</w:t>
      </w:r>
      <w:r>
        <w:t>, previously approximately £1,500. The committee will speak with the school to establish whether this level of fundi</w:t>
      </w:r>
      <w:r>
        <w:t>ng remains appropriate now that the hardware upgrades have been completed</w:t>
      </w:r>
      <w:r w:rsidR="00934827">
        <w:t xml:space="preserve"> and the budget now mainly funds subscriptions.</w:t>
      </w:r>
    </w:p>
    <w:p w14:paraId="6D70C9C9" w14:textId="77777777" w:rsidR="00F60052" w:rsidRDefault="001D0D42">
      <w:r>
        <w:t>The committee voted to fund school trips for Year R and Year 6 only. PTA funding for trips for all other year groups will cease.</w:t>
      </w:r>
    </w:p>
    <w:p w14:paraId="1AFA055B" w14:textId="0B388AC2" w:rsidR="00F60052" w:rsidRDefault="001D0D42">
      <w:pPr>
        <w:pStyle w:val="Heading1"/>
      </w:pPr>
      <w:r>
        <w:t>5. Any</w:t>
      </w:r>
      <w:r>
        <w:t xml:space="preserve"> Other Business</w:t>
      </w:r>
    </w:p>
    <w:p w14:paraId="04AC25BD" w14:textId="77777777" w:rsidR="00F60052" w:rsidRDefault="001D0D42">
      <w:r>
        <w:rPr>
          <w:b/>
          <w:color w:val="1F4E79"/>
        </w:rPr>
        <w:t>Recruitment</w:t>
      </w:r>
    </w:p>
    <w:p w14:paraId="5B30878B" w14:textId="77777777" w:rsidR="00F60052" w:rsidRDefault="001D0D42">
      <w:r>
        <w:t>A recruitment drive is needed for both event teams and PTA committee positions, as several current members will be leaving at the end of the school year.</w:t>
      </w:r>
    </w:p>
    <w:p w14:paraId="6FCCCF10" w14:textId="77777777" w:rsidR="00F60052" w:rsidRDefault="001D0D42">
      <w:r>
        <w:rPr>
          <w:b/>
          <w:color w:val="1F4E79"/>
        </w:rPr>
        <w:t>Spring Term Fundraising Ideas</w:t>
      </w:r>
    </w:p>
    <w:p w14:paraId="1F308469" w14:textId="12796539" w:rsidR="00F60052" w:rsidRDefault="001D0D42">
      <w:r>
        <w:t>Ideas discussed included Sil</w:t>
      </w:r>
      <w:r>
        <w:t>chester’s Got Ta</w:t>
      </w:r>
      <w:r>
        <w:t xml:space="preserve">lent, a disco, a chocolate bar/golden ticket fundraiser linked to World Book Day, the possible return of Coin Wars, and a summer </w:t>
      </w:r>
      <w:proofErr w:type="spellStart"/>
      <w:r>
        <w:t>tuckshop</w:t>
      </w:r>
      <w:proofErr w:type="spellEnd"/>
      <w:r>
        <w:t>.</w:t>
      </w:r>
    </w:p>
    <w:p w14:paraId="235483B1" w14:textId="77777777" w:rsidR="00F60052" w:rsidRDefault="001D0D42">
      <w:r>
        <w:rPr>
          <w:b/>
          <w:color w:val="1F4E79"/>
        </w:rPr>
        <w:t>PTA Notice Board</w:t>
      </w:r>
    </w:p>
    <w:p w14:paraId="7C4CE514" w14:textId="77777777" w:rsidR="00F60052" w:rsidRDefault="001D0D42">
      <w:r>
        <w:lastRenderedPageBreak/>
        <w:t>The PTA notice board outside the school needs tidying and updating. Helen Blair will add new posters</w:t>
      </w:r>
      <w:r>
        <w:t xml:space="preserve"> shortly.</w:t>
      </w:r>
    </w:p>
    <w:p w14:paraId="2CFD30EB" w14:textId="77777777" w:rsidR="00F60052" w:rsidRDefault="001D0D42">
      <w:r>
        <w:rPr>
          <w:b/>
          <w:color w:val="1F4E79"/>
        </w:rPr>
        <w:t>Bank Signatories</w:t>
      </w:r>
    </w:p>
    <w:p w14:paraId="084A7C91" w14:textId="77777777" w:rsidR="00F60052" w:rsidRDefault="001D0D42">
      <w:r>
        <w:t>Two new bank account signatories will be required following Adele Abbott’s departure at the end of October. Ideally, these appointments will coincide with the appointment of a new Treasurer.</w:t>
      </w:r>
    </w:p>
    <w:p w14:paraId="18281B3D" w14:textId="77777777" w:rsidR="00934827" w:rsidRDefault="00934827" w:rsidP="00934827">
      <w:r>
        <w:rPr>
          <w:b/>
          <w:color w:val="1F4E79"/>
        </w:rPr>
        <w:t xml:space="preserve">Iron Sam Marathon </w:t>
      </w:r>
    </w:p>
    <w:p w14:paraId="55A9C309" w14:textId="77777777" w:rsidR="00934827" w:rsidRDefault="00934827" w:rsidP="00934827">
      <w:r>
        <w:t>Friday 2</w:t>
      </w:r>
      <w:r w:rsidRPr="00D55BA6">
        <w:rPr>
          <w:vertAlign w:val="superscript"/>
        </w:rPr>
        <w:t>nd</w:t>
      </w:r>
      <w:r>
        <w:t xml:space="preserve"> October - The marathon will finish at Silchester School. </w:t>
      </w:r>
      <w:proofErr w:type="spellStart"/>
      <w:r>
        <w:t>Mrs</w:t>
      </w:r>
      <w:proofErr w:type="spellEnd"/>
      <w:r>
        <w:t xml:space="preserve"> Dowling asked the PTA to promote the event through social media and encourage families to attend and create a crowd at the finish. It was also suggested that the children could make a banner.</w:t>
      </w:r>
    </w:p>
    <w:p w14:paraId="2C998E4F" w14:textId="77777777" w:rsidR="00F60052" w:rsidRDefault="001D0D42">
      <w:pPr>
        <w:pStyle w:val="Heading1"/>
      </w:pPr>
      <w:r>
        <w:t>6.</w:t>
      </w:r>
      <w:r>
        <w:t xml:space="preserve"> Actions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990"/>
        <w:gridCol w:w="2182"/>
        <w:gridCol w:w="1754"/>
      </w:tblGrid>
      <w:tr w:rsidR="00F60052" w14:paraId="412907DF" w14:textId="77777777">
        <w:trPr>
          <w:jc w:val="center"/>
        </w:trPr>
        <w:tc>
          <w:tcPr>
            <w:tcW w:w="6408" w:type="dxa"/>
            <w:shd w:val="clear" w:color="auto" w:fill="1F4E79"/>
            <w:vAlign w:val="center"/>
          </w:tcPr>
          <w:p w14:paraId="19F5390E" w14:textId="77777777" w:rsidR="00F60052" w:rsidRDefault="001D0D42">
            <w:r>
              <w:rPr>
                <w:b/>
                <w:color w:val="FFFFFF"/>
              </w:rPr>
              <w:t>Action</w:t>
            </w:r>
          </w:p>
        </w:tc>
        <w:tc>
          <w:tcPr>
            <w:tcW w:w="2232" w:type="dxa"/>
            <w:shd w:val="clear" w:color="auto" w:fill="1F4E79"/>
            <w:vAlign w:val="center"/>
          </w:tcPr>
          <w:p w14:paraId="6F9A8515" w14:textId="77777777" w:rsidR="00F60052" w:rsidRDefault="001D0D42">
            <w:r>
              <w:rPr>
                <w:b/>
                <w:color w:val="FFFFFF"/>
              </w:rPr>
              <w:t>Owner</w:t>
            </w:r>
          </w:p>
        </w:tc>
        <w:tc>
          <w:tcPr>
            <w:tcW w:w="1800" w:type="dxa"/>
            <w:shd w:val="clear" w:color="auto" w:fill="1F4E79"/>
            <w:vAlign w:val="center"/>
          </w:tcPr>
          <w:p w14:paraId="15F05CE9" w14:textId="77777777" w:rsidR="00F60052" w:rsidRDefault="001D0D42">
            <w:r>
              <w:rPr>
                <w:b/>
                <w:color w:val="FFFFFF"/>
              </w:rPr>
              <w:t>Deadline</w:t>
            </w:r>
          </w:p>
        </w:tc>
      </w:tr>
      <w:tr w:rsidR="00F60052" w14:paraId="4A6ECDF0" w14:textId="77777777">
        <w:trPr>
          <w:jc w:val="center"/>
        </w:trPr>
        <w:tc>
          <w:tcPr>
            <w:tcW w:w="6408" w:type="dxa"/>
            <w:vAlign w:val="center"/>
          </w:tcPr>
          <w:p w14:paraId="5E1FDCD0" w14:textId="77777777" w:rsidR="00F60052" w:rsidRDefault="001D0D42">
            <w:pPr>
              <w:spacing w:before="20" w:after="20"/>
            </w:pPr>
            <w:r>
              <w:t>Return Christmas card design templates to school</w:t>
            </w:r>
          </w:p>
        </w:tc>
        <w:tc>
          <w:tcPr>
            <w:tcW w:w="2232" w:type="dxa"/>
            <w:vAlign w:val="center"/>
          </w:tcPr>
          <w:p w14:paraId="0766F97F" w14:textId="77777777" w:rsidR="00F60052" w:rsidRDefault="001D0D42">
            <w:pPr>
              <w:spacing w:before="20" w:after="20"/>
            </w:pPr>
            <w:r>
              <w:t>Parents/</w:t>
            </w:r>
            <w:proofErr w:type="spellStart"/>
            <w:r>
              <w:t>Carers</w:t>
            </w:r>
            <w:proofErr w:type="spellEnd"/>
          </w:p>
        </w:tc>
        <w:tc>
          <w:tcPr>
            <w:tcW w:w="1800" w:type="dxa"/>
            <w:vAlign w:val="center"/>
          </w:tcPr>
          <w:p w14:paraId="147E4020" w14:textId="77777777" w:rsidR="00F60052" w:rsidRDefault="001D0D42">
            <w:pPr>
              <w:spacing w:before="20" w:after="20"/>
            </w:pPr>
            <w:r>
              <w:t>21 September</w:t>
            </w:r>
          </w:p>
        </w:tc>
      </w:tr>
      <w:tr w:rsidR="00F60052" w14:paraId="74485BFC" w14:textId="77777777">
        <w:trPr>
          <w:jc w:val="center"/>
        </w:trPr>
        <w:tc>
          <w:tcPr>
            <w:tcW w:w="6408" w:type="dxa"/>
            <w:vAlign w:val="center"/>
          </w:tcPr>
          <w:p w14:paraId="17DF4083" w14:textId="77777777" w:rsidR="00F60052" w:rsidRDefault="001D0D42">
            <w:pPr>
              <w:spacing w:before="20" w:after="20"/>
            </w:pPr>
            <w:r>
              <w:t>Promote the Iron Sam Marathon on PTA social media and encourage attendance at the finish</w:t>
            </w:r>
          </w:p>
        </w:tc>
        <w:tc>
          <w:tcPr>
            <w:tcW w:w="2232" w:type="dxa"/>
            <w:vAlign w:val="center"/>
          </w:tcPr>
          <w:p w14:paraId="6ABAB0A3" w14:textId="77777777" w:rsidR="00F60052" w:rsidRDefault="001D0D42">
            <w:pPr>
              <w:spacing w:before="20" w:after="20"/>
            </w:pPr>
            <w:r>
              <w:t>PTA</w:t>
            </w:r>
          </w:p>
        </w:tc>
        <w:tc>
          <w:tcPr>
            <w:tcW w:w="1800" w:type="dxa"/>
            <w:vAlign w:val="center"/>
          </w:tcPr>
          <w:p w14:paraId="17174F42" w14:textId="77777777" w:rsidR="00F60052" w:rsidRDefault="001D0D42">
            <w:pPr>
              <w:spacing w:before="20" w:after="20"/>
            </w:pPr>
            <w:r>
              <w:t>2 October</w:t>
            </w:r>
          </w:p>
        </w:tc>
      </w:tr>
      <w:tr w:rsidR="00F60052" w14:paraId="1CD29FC0" w14:textId="77777777">
        <w:trPr>
          <w:jc w:val="center"/>
        </w:trPr>
        <w:tc>
          <w:tcPr>
            <w:tcW w:w="6408" w:type="dxa"/>
            <w:vAlign w:val="center"/>
          </w:tcPr>
          <w:p w14:paraId="16FDB78E" w14:textId="77777777" w:rsidR="00F60052" w:rsidRDefault="001D0D42">
            <w:pPr>
              <w:spacing w:before="20" w:after="20"/>
            </w:pPr>
            <w:r>
              <w:t xml:space="preserve">Consider children creating a banner for </w:t>
            </w:r>
            <w:r>
              <w:t>the Iron Sam Marathon</w:t>
            </w:r>
          </w:p>
        </w:tc>
        <w:tc>
          <w:tcPr>
            <w:tcW w:w="2232" w:type="dxa"/>
            <w:vAlign w:val="center"/>
          </w:tcPr>
          <w:p w14:paraId="1E77705F" w14:textId="77777777" w:rsidR="00F60052" w:rsidRDefault="001D0D42">
            <w:pPr>
              <w:spacing w:before="20" w:after="20"/>
            </w:pPr>
            <w:r>
              <w:t>PTA/School</w:t>
            </w:r>
          </w:p>
        </w:tc>
        <w:tc>
          <w:tcPr>
            <w:tcW w:w="1800" w:type="dxa"/>
            <w:vAlign w:val="center"/>
          </w:tcPr>
          <w:p w14:paraId="671E9F50" w14:textId="77777777" w:rsidR="00F60052" w:rsidRDefault="001D0D42">
            <w:pPr>
              <w:spacing w:before="20" w:after="20"/>
            </w:pPr>
            <w:r>
              <w:t>2 October</w:t>
            </w:r>
          </w:p>
        </w:tc>
      </w:tr>
      <w:tr w:rsidR="00F60052" w14:paraId="41918412" w14:textId="77777777">
        <w:trPr>
          <w:jc w:val="center"/>
        </w:trPr>
        <w:tc>
          <w:tcPr>
            <w:tcW w:w="6408" w:type="dxa"/>
            <w:vAlign w:val="center"/>
          </w:tcPr>
          <w:p w14:paraId="57473A80" w14:textId="77777777" w:rsidR="00F60052" w:rsidRDefault="001D0D42">
            <w:pPr>
              <w:spacing w:before="20" w:after="20"/>
            </w:pPr>
            <w:r>
              <w:t>Tidy and update the PTA notice board</w:t>
            </w:r>
          </w:p>
        </w:tc>
        <w:tc>
          <w:tcPr>
            <w:tcW w:w="2232" w:type="dxa"/>
            <w:vAlign w:val="center"/>
          </w:tcPr>
          <w:p w14:paraId="629C31B7" w14:textId="77777777" w:rsidR="00F60052" w:rsidRDefault="001D0D42">
            <w:pPr>
              <w:spacing w:before="20" w:after="20"/>
            </w:pPr>
            <w:r>
              <w:t>Helen Blair</w:t>
            </w:r>
          </w:p>
        </w:tc>
        <w:tc>
          <w:tcPr>
            <w:tcW w:w="1800" w:type="dxa"/>
            <w:vAlign w:val="center"/>
          </w:tcPr>
          <w:p w14:paraId="1D2C24EE" w14:textId="77777777" w:rsidR="00F60052" w:rsidRDefault="001D0D42">
            <w:pPr>
              <w:spacing w:before="20" w:after="20"/>
            </w:pPr>
            <w:r>
              <w:t>As soon as possible</w:t>
            </w:r>
          </w:p>
        </w:tc>
      </w:tr>
      <w:tr w:rsidR="00F60052" w14:paraId="26F57AEF" w14:textId="77777777">
        <w:trPr>
          <w:jc w:val="center"/>
        </w:trPr>
        <w:tc>
          <w:tcPr>
            <w:tcW w:w="6408" w:type="dxa"/>
            <w:vAlign w:val="center"/>
          </w:tcPr>
          <w:p w14:paraId="06847691" w14:textId="77777777" w:rsidR="00F60052" w:rsidRDefault="001D0D42">
            <w:pPr>
              <w:spacing w:before="20" w:after="20"/>
            </w:pPr>
            <w:r>
              <w:t xml:space="preserve">Label and </w:t>
            </w:r>
            <w:proofErr w:type="spellStart"/>
            <w:r>
              <w:t>organise</w:t>
            </w:r>
            <w:proofErr w:type="spellEnd"/>
            <w:r>
              <w:t xml:space="preserve"> tombola donations</w:t>
            </w:r>
          </w:p>
        </w:tc>
        <w:tc>
          <w:tcPr>
            <w:tcW w:w="2232" w:type="dxa"/>
            <w:vAlign w:val="center"/>
          </w:tcPr>
          <w:p w14:paraId="22C54BDB" w14:textId="77777777" w:rsidR="00F60052" w:rsidRDefault="001D0D42">
            <w:pPr>
              <w:spacing w:before="20" w:after="20"/>
            </w:pPr>
            <w:r>
              <w:t>Nicola Edwards</w:t>
            </w:r>
          </w:p>
        </w:tc>
        <w:tc>
          <w:tcPr>
            <w:tcW w:w="1800" w:type="dxa"/>
            <w:vAlign w:val="center"/>
          </w:tcPr>
          <w:p w14:paraId="05FBC65C" w14:textId="77777777" w:rsidR="00F60052" w:rsidRDefault="001D0D42">
            <w:pPr>
              <w:spacing w:before="20" w:after="20"/>
            </w:pPr>
            <w:r>
              <w:t>Before 27 November</w:t>
            </w:r>
          </w:p>
        </w:tc>
      </w:tr>
      <w:tr w:rsidR="00F60052" w14:paraId="16E72770" w14:textId="77777777">
        <w:trPr>
          <w:jc w:val="center"/>
        </w:trPr>
        <w:tc>
          <w:tcPr>
            <w:tcW w:w="6408" w:type="dxa"/>
            <w:vAlign w:val="center"/>
          </w:tcPr>
          <w:p w14:paraId="3279EF8D" w14:textId="77777777" w:rsidR="00F60052" w:rsidRDefault="001D0D42">
            <w:pPr>
              <w:spacing w:before="20" w:after="20"/>
            </w:pPr>
            <w:r>
              <w:t>Move tombola donations from school to Nicola’s house</w:t>
            </w:r>
          </w:p>
        </w:tc>
        <w:tc>
          <w:tcPr>
            <w:tcW w:w="2232" w:type="dxa"/>
            <w:vAlign w:val="center"/>
          </w:tcPr>
          <w:p w14:paraId="0AE7CE11" w14:textId="17C08EA4" w:rsidR="00F60052" w:rsidRDefault="001D0D42">
            <w:pPr>
              <w:spacing w:before="20" w:after="20"/>
            </w:pPr>
            <w:proofErr w:type="spellStart"/>
            <w:r>
              <w:t>Edel</w:t>
            </w:r>
            <w:proofErr w:type="spellEnd"/>
            <w:r w:rsidR="00934827">
              <w:t xml:space="preserve"> Abbott &amp; Karolina Hartwell</w:t>
            </w:r>
          </w:p>
        </w:tc>
        <w:tc>
          <w:tcPr>
            <w:tcW w:w="1800" w:type="dxa"/>
            <w:vAlign w:val="center"/>
          </w:tcPr>
          <w:p w14:paraId="79D90D7B" w14:textId="77777777" w:rsidR="00F60052" w:rsidRDefault="001D0D42">
            <w:pPr>
              <w:spacing w:before="20" w:after="20"/>
            </w:pPr>
            <w:r>
              <w:t>Before 27 November</w:t>
            </w:r>
          </w:p>
        </w:tc>
      </w:tr>
      <w:tr w:rsidR="00F60052" w14:paraId="657F7802" w14:textId="77777777">
        <w:trPr>
          <w:jc w:val="center"/>
        </w:trPr>
        <w:tc>
          <w:tcPr>
            <w:tcW w:w="6408" w:type="dxa"/>
            <w:vAlign w:val="center"/>
          </w:tcPr>
          <w:p w14:paraId="3CE0C1FD" w14:textId="77777777" w:rsidR="00F60052" w:rsidRDefault="001D0D42">
            <w:pPr>
              <w:spacing w:before="20" w:after="20"/>
            </w:pPr>
            <w:r>
              <w:t>Recruit two new bank account signatories</w:t>
            </w:r>
          </w:p>
        </w:tc>
        <w:tc>
          <w:tcPr>
            <w:tcW w:w="2232" w:type="dxa"/>
            <w:vAlign w:val="center"/>
          </w:tcPr>
          <w:p w14:paraId="157ED9A2" w14:textId="77777777" w:rsidR="00F60052" w:rsidRDefault="001D0D42">
            <w:pPr>
              <w:spacing w:before="20" w:after="20"/>
            </w:pPr>
            <w:r>
              <w:t>Committee</w:t>
            </w:r>
          </w:p>
        </w:tc>
        <w:tc>
          <w:tcPr>
            <w:tcW w:w="1800" w:type="dxa"/>
            <w:vAlign w:val="center"/>
          </w:tcPr>
          <w:p w14:paraId="3E6FE3B5" w14:textId="512CEFC9" w:rsidR="00F60052" w:rsidRDefault="001D0D42" w:rsidP="001D0D42">
            <w:pPr>
              <w:spacing w:before="20" w:after="20"/>
            </w:pPr>
            <w:r>
              <w:t xml:space="preserve">Before </w:t>
            </w:r>
            <w:proofErr w:type="spellStart"/>
            <w:r w:rsidR="00934827">
              <w:t>E</w:t>
            </w:r>
            <w:r>
              <w:t>del</w:t>
            </w:r>
            <w:bookmarkStart w:id="0" w:name="_GoBack"/>
            <w:bookmarkEnd w:id="0"/>
            <w:r>
              <w:t>’s</w:t>
            </w:r>
            <w:proofErr w:type="spellEnd"/>
            <w:r>
              <w:t xml:space="preserve"> departure</w:t>
            </w:r>
          </w:p>
        </w:tc>
      </w:tr>
      <w:tr w:rsidR="00F60052" w14:paraId="72DFAC52" w14:textId="77777777">
        <w:trPr>
          <w:jc w:val="center"/>
        </w:trPr>
        <w:tc>
          <w:tcPr>
            <w:tcW w:w="6408" w:type="dxa"/>
            <w:vAlign w:val="center"/>
          </w:tcPr>
          <w:p w14:paraId="662BDC16" w14:textId="77777777" w:rsidR="00F60052" w:rsidRDefault="001D0D42">
            <w:pPr>
              <w:spacing w:before="20" w:after="20"/>
            </w:pPr>
            <w:r>
              <w:t>Discuss the ongoing IT subscription budget with the school</w:t>
            </w:r>
          </w:p>
        </w:tc>
        <w:tc>
          <w:tcPr>
            <w:tcW w:w="2232" w:type="dxa"/>
            <w:vAlign w:val="center"/>
          </w:tcPr>
          <w:p w14:paraId="3BA71F65" w14:textId="77777777" w:rsidR="00F60052" w:rsidRDefault="001D0D42">
            <w:pPr>
              <w:spacing w:before="20" w:after="20"/>
            </w:pPr>
            <w:r>
              <w:t>Committee</w:t>
            </w:r>
          </w:p>
        </w:tc>
        <w:tc>
          <w:tcPr>
            <w:tcW w:w="1800" w:type="dxa"/>
            <w:vAlign w:val="center"/>
          </w:tcPr>
          <w:p w14:paraId="156C32A5" w14:textId="77777777" w:rsidR="00F60052" w:rsidRDefault="001D0D42">
            <w:pPr>
              <w:spacing w:before="20" w:after="20"/>
            </w:pPr>
            <w:r>
              <w:t>TBC</w:t>
            </w:r>
          </w:p>
        </w:tc>
      </w:tr>
      <w:tr w:rsidR="00F60052" w14:paraId="313C1BE5" w14:textId="77777777">
        <w:trPr>
          <w:jc w:val="center"/>
        </w:trPr>
        <w:tc>
          <w:tcPr>
            <w:tcW w:w="6408" w:type="dxa"/>
            <w:vAlign w:val="center"/>
          </w:tcPr>
          <w:p w14:paraId="09E2B177" w14:textId="77777777" w:rsidR="00F60052" w:rsidRDefault="001D0D42">
            <w:pPr>
              <w:spacing w:before="20" w:after="20"/>
            </w:pPr>
            <w:r>
              <w:t xml:space="preserve">Circulate volunteer requests for the Christmas Fair and Children’s </w:t>
            </w:r>
            <w:r>
              <w:t>Christmas Market</w:t>
            </w:r>
          </w:p>
        </w:tc>
        <w:tc>
          <w:tcPr>
            <w:tcW w:w="2232" w:type="dxa"/>
            <w:vAlign w:val="center"/>
          </w:tcPr>
          <w:p w14:paraId="58BED674" w14:textId="77777777" w:rsidR="00F60052" w:rsidRDefault="001D0D42">
            <w:pPr>
              <w:spacing w:before="20" w:after="20"/>
            </w:pPr>
            <w:r>
              <w:t>PTA</w:t>
            </w:r>
          </w:p>
        </w:tc>
        <w:tc>
          <w:tcPr>
            <w:tcW w:w="1800" w:type="dxa"/>
            <w:vAlign w:val="center"/>
          </w:tcPr>
          <w:p w14:paraId="2C361122" w14:textId="77777777" w:rsidR="00F60052" w:rsidRDefault="001D0D42">
            <w:pPr>
              <w:spacing w:before="20" w:after="20"/>
            </w:pPr>
            <w:r>
              <w:t>TBC</w:t>
            </w:r>
          </w:p>
        </w:tc>
      </w:tr>
    </w:tbl>
    <w:p w14:paraId="6A06F229" w14:textId="77777777" w:rsidR="00F60052" w:rsidRDefault="001D0D42">
      <w:pPr>
        <w:pStyle w:val="Heading1"/>
      </w:pPr>
      <w:r>
        <w:t>7. Next Meeting</w:t>
      </w:r>
    </w:p>
    <w:p w14:paraId="27850429" w14:textId="5F058075" w:rsidR="00F60052" w:rsidRDefault="001D0D42">
      <w:r>
        <w:rPr>
          <w:b/>
        </w:rPr>
        <w:t xml:space="preserve">AGM: </w:t>
      </w:r>
      <w:r>
        <w:t>Wednesday 4 November 2026</w:t>
      </w:r>
      <w:r w:rsidR="00934827">
        <w:t xml:space="preserve"> 8pm</w:t>
      </w:r>
      <w:r>
        <w:br/>
      </w:r>
      <w:r>
        <w:rPr>
          <w:b/>
        </w:rPr>
        <w:t xml:space="preserve">Venue: </w:t>
      </w:r>
      <w:r>
        <w:t>Cal</w:t>
      </w:r>
      <w:r w:rsidR="00934827">
        <w:t>leva</w:t>
      </w:r>
      <w:r>
        <w:t xml:space="preserve"> Arms</w:t>
      </w:r>
    </w:p>
    <w:sectPr w:rsidR="00F60052" w:rsidSect="00034616"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7D3B0246"/>
    <w:multiLevelType w:val="hybridMultilevel"/>
    <w:tmpl w:val="E488D6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15074B"/>
    <w:rsid w:val="001D0D42"/>
    <w:rsid w:val="0029639D"/>
    <w:rsid w:val="00326F90"/>
    <w:rsid w:val="008143DB"/>
    <w:rsid w:val="00861552"/>
    <w:rsid w:val="00934827"/>
    <w:rsid w:val="00941A2B"/>
    <w:rsid w:val="00AA1D8D"/>
    <w:rsid w:val="00B47730"/>
    <w:rsid w:val="00CB0664"/>
    <w:rsid w:val="00D55BA6"/>
    <w:rsid w:val="00E119B3"/>
    <w:rsid w:val="00F60052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2CA0F12"/>
  <w14:defaultImageDpi w14:val="300"/>
  <w15:docId w15:val="{802DCBB7-24C5-427D-AC9E-188070E9C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  <w:pPr>
      <w:spacing w:after="100"/>
    </w:pPr>
    <w:rPr>
      <w:rFonts w:ascii="Aptos" w:hAnsi="Aptos"/>
      <w:sz w:val="21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1F4E79"/>
      <w:sz w:val="26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1F4E79"/>
      <w:sz w:val="22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b/>
      <w:color w:val="1F4E79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CC36666-0F85-4056-A278-EA48CF82A4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812</Words>
  <Characters>4632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5434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Helen Blair</cp:lastModifiedBy>
  <cp:revision>2</cp:revision>
  <dcterms:created xsi:type="dcterms:W3CDTF">2026-09-21T20:15:00Z</dcterms:created>
  <dcterms:modified xsi:type="dcterms:W3CDTF">2026-09-21T20:15:00Z</dcterms:modified>
  <cp:category/>
</cp:coreProperties>
</file>